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76E98" w:rsidP="3D05E7E4" w:rsidRDefault="00000000" w14:paraId="03D201E6" w14:textId="7B49A4AC" w14:noSpellErr="1">
      <w:pPr>
        <w:pStyle w:val="Heading1"/>
        <w:ind/>
      </w:pPr>
      <w:r w:rsidR="14906D00">
        <w:rPr/>
        <w:t>LUXURY ESTATE in ALEDO ISD</w:t>
      </w:r>
    </w:p>
    <w:p w:rsidR="00376E98" w:rsidP="5D0CC350" w:rsidRDefault="00000000" w14:paraId="57CA9FE0" w14:textId="6A747491">
      <w:pPr>
        <w:pStyle w:val="Normal"/>
        <w:spacing w:after="0" w:afterAutospacing="off"/>
      </w:pPr>
      <w:r w:rsidR="5D0CC350">
        <w:rPr/>
        <w:t>15101 White Settlement Rd. Fort Worth Tx. 76108 - 12.432 Ag-Exempt Acres | Offered at $2,999,000</w:t>
      </w:r>
    </w:p>
    <w:p w:rsidR="00376E98" w:rsidP="08B04DBB" w:rsidRDefault="00000000" w14:paraId="43104526" w14:textId="36CA32C3">
      <w:pPr>
        <w:pStyle w:val="Normal"/>
      </w:pPr>
      <w:r w:rsidR="5D0CC350">
        <w:rPr/>
        <w:t>A rare opportunity to own a completely reimagined luxury estate in one of North Texas's most desirable locations. Renovated from the studs out, this exceptional property combines refined living, extensive infrastructure upgrades, and an equestrian lifestyle on 12.432 ag-exempt acres.</w:t>
      </w:r>
    </w:p>
    <w:p w:rsidR="00376E98" w:rsidRDefault="00000000" w14:paraId="6239ABED" w14:textId="77777777">
      <w:pPr>
        <w:pStyle w:val="Heading2"/>
      </w:pPr>
      <w:r>
        <w:t>Property Highlights</w:t>
      </w:r>
    </w:p>
    <w:p w:rsidR="00002241" w:rsidRDefault="00002241" w14:paraId="1C614FF6" w14:textId="20C55DE8">
      <w:pPr>
        <w:pStyle w:val="ListBullet"/>
        <w:rPr/>
      </w:pPr>
      <w:r w:rsidR="3D05E7E4">
        <w:rPr/>
        <w:t>12.432 Ag-Exempt Acres with 3 Residences</w:t>
      </w:r>
      <w:r w:rsidR="3D05E7E4">
        <w:rPr/>
        <w:t xml:space="preserve"> + Matching Chicken Coop</w:t>
      </w:r>
    </w:p>
    <w:p w:rsidR="00376E98" w:rsidP="00002241" w:rsidRDefault="00000000" w14:paraId="3C7D1C30" w14:textId="30F810AD">
      <w:pPr>
        <w:pStyle w:val="ListBullet"/>
        <w:rPr/>
      </w:pPr>
      <w:r w:rsidR="3D05E7E4">
        <w:rPr/>
        <w:t>3,7</w:t>
      </w:r>
      <w:r w:rsidR="3D05E7E4">
        <w:rPr/>
        <w:t>18</w:t>
      </w:r>
      <w:r w:rsidR="3D05E7E4">
        <w:rPr/>
        <w:t xml:space="preserve"> SF Main Residence</w:t>
      </w:r>
      <w:r w:rsidR="3D05E7E4">
        <w:rPr/>
        <w:t xml:space="preserve"> with </w:t>
      </w:r>
      <w:r w:rsidR="3D05E7E4">
        <w:rPr/>
        <w:t>4 Bedrooms | 4 Full Baths | 1 Half Bat</w:t>
      </w:r>
      <w:r w:rsidR="3D05E7E4">
        <w:rPr/>
        <w:t>h</w:t>
      </w:r>
    </w:p>
    <w:p w:rsidR="00E669A0" w:rsidRDefault="00002241" w14:paraId="08552B40" w14:textId="2836847A">
      <w:pPr>
        <w:pStyle w:val="ListBullet"/>
        <w:rPr/>
      </w:pPr>
      <w:r w:rsidR="3D05E7E4">
        <w:rPr/>
        <w:t xml:space="preserve">500 SF </w:t>
      </w:r>
      <w:r w:rsidR="3D05E7E4">
        <w:rPr/>
        <w:t>1</w:t>
      </w:r>
      <w:r w:rsidR="3D05E7E4">
        <w:rPr/>
        <w:t>-</w:t>
      </w:r>
      <w:r w:rsidR="3D05E7E4">
        <w:rPr/>
        <w:t>bed, 1</w:t>
      </w:r>
      <w:r w:rsidR="3D05E7E4">
        <w:rPr/>
        <w:t>-</w:t>
      </w:r>
      <w:r w:rsidR="3D05E7E4">
        <w:rPr/>
        <w:t>bath Guest House</w:t>
      </w:r>
      <w:r w:rsidR="3D05E7E4">
        <w:rPr/>
        <w:t xml:space="preserve"> with Laundry</w:t>
      </w:r>
    </w:p>
    <w:p w:rsidR="00376E98" w:rsidRDefault="00E669A0" w14:paraId="26AF33AF" w14:textId="6EE49B0C">
      <w:pPr>
        <w:pStyle w:val="ListBullet"/>
        <w:rPr/>
      </w:pPr>
      <w:r w:rsidR="3D05E7E4">
        <w:rPr/>
        <w:t xml:space="preserve">2,400 SF Workshop </w:t>
      </w:r>
      <w:r w:rsidR="3D05E7E4">
        <w:rPr/>
        <w:t>with</w:t>
      </w:r>
      <w:r w:rsidR="3D05E7E4">
        <w:rPr/>
        <w:t xml:space="preserve"> </w:t>
      </w:r>
      <w:r w:rsidR="3D05E7E4">
        <w:rPr/>
        <w:t>Private Apartment</w:t>
      </w:r>
    </w:p>
    <w:p w:rsidR="00066850" w:rsidRDefault="00066850" w14:paraId="2F9EB8E0" w14:textId="50336979">
      <w:pPr>
        <w:pStyle w:val="ListBullet"/>
        <w:rPr/>
      </w:pPr>
      <w:r w:rsidR="3D05E7E4">
        <w:rPr/>
        <w:t>Resort-Style Pool with Slide</w:t>
      </w:r>
    </w:p>
    <w:p w:rsidR="00376E98" w:rsidRDefault="00000000" w14:paraId="04FB83DF" w14:textId="77777777">
      <w:pPr>
        <w:pStyle w:val="ListBullet"/>
        <w:rPr/>
      </w:pPr>
      <w:r w:rsidR="3D05E7E4">
        <w:rPr/>
        <w:t>4 Horse Stalls with Runs</w:t>
      </w:r>
    </w:p>
    <w:p w:rsidR="00376E98" w:rsidRDefault="00000000" w14:paraId="3FFEBE41" w14:textId="049DE5CB">
      <w:pPr>
        <w:pStyle w:val="ListBullet"/>
        <w:rPr/>
      </w:pPr>
      <w:r w:rsidR="3D05E7E4">
        <w:rPr/>
        <w:t xml:space="preserve">Cross-Fenced Pastures &amp; </w:t>
      </w:r>
      <w:r w:rsidR="3D05E7E4">
        <w:rPr/>
        <w:t xml:space="preserve">1-acre </w:t>
      </w:r>
      <w:r w:rsidR="3D05E7E4">
        <w:rPr/>
        <w:t>Pond</w:t>
      </w:r>
    </w:p>
    <w:p w:rsidR="00E669A0" w:rsidP="00066850" w:rsidRDefault="00000000" w14:paraId="0AD7EA95" w14:textId="760D6363">
      <w:pPr>
        <w:pStyle w:val="ListBullet"/>
        <w:rPr/>
      </w:pPr>
      <w:r w:rsidR="3D05E7E4">
        <w:rPr/>
        <w:t>Room for Future Arena &amp; Expanded Horse Facilities</w:t>
      </w:r>
    </w:p>
    <w:p w:rsidR="00376E98" w:rsidRDefault="00E669A0" w14:paraId="07D816C5" w14:textId="14B925F0">
      <w:pPr>
        <w:pStyle w:val="Heading2"/>
      </w:pPr>
      <w:r>
        <w:t>Main Home Luxury Features</w:t>
      </w:r>
    </w:p>
    <w:p w:rsidR="00661548" w:rsidP="00002241" w:rsidRDefault="00661548" w14:paraId="07A7E548" w14:textId="2E341F9D">
      <w:pPr>
        <w:pStyle w:val="ListBullet"/>
        <w:tabs>
          <w:tab w:val="clear" w:pos="360"/>
        </w:tabs>
        <w:rPr/>
      </w:pPr>
      <w:r w:rsidR="3D05E7E4">
        <w:rPr/>
        <w:t>Completely Renovated Down to the Studs</w:t>
      </w:r>
    </w:p>
    <w:p w:rsidR="00661548" w:rsidP="00002241" w:rsidRDefault="00661548" w14:paraId="3E52729F" w14:textId="38312B9E">
      <w:pPr>
        <w:pStyle w:val="ListBullet"/>
        <w:tabs>
          <w:tab w:val="clear" w:pos="360"/>
        </w:tabs>
        <w:rPr/>
      </w:pPr>
      <w:r w:rsidR="3D05E7E4">
        <w:rPr/>
        <w:t xml:space="preserve">Steel </w:t>
      </w:r>
      <w:r w:rsidR="3D05E7E4">
        <w:rPr/>
        <w:t>B</w:t>
      </w:r>
      <w:r w:rsidR="3D05E7E4">
        <w:rPr/>
        <w:t>eam Structural Reinforcement</w:t>
      </w:r>
    </w:p>
    <w:p w:rsidR="00066850" w:rsidP="00002241" w:rsidRDefault="00066850" w14:paraId="030F9915" w14:textId="5ADA66D5">
      <w:pPr>
        <w:pStyle w:val="ListBullet"/>
        <w:tabs>
          <w:tab w:val="clear" w:pos="360"/>
        </w:tabs>
        <w:rPr/>
      </w:pPr>
      <w:r w:rsidR="3D05E7E4">
        <w:rPr/>
        <w:t>Open Concept Living with Custom Chef’s Kitchen</w:t>
      </w:r>
    </w:p>
    <w:p w:rsidR="00124B2A" w:rsidP="00124B2A" w:rsidRDefault="00661548" w14:paraId="331B0C48" w14:textId="4323AD9B">
      <w:pPr>
        <w:pStyle w:val="ListBullet"/>
        <w:tabs>
          <w:tab w:val="clear" w:pos="360"/>
        </w:tabs>
        <w:rPr/>
      </w:pPr>
      <w:r w:rsidR="3D05E7E4">
        <w:rPr/>
        <w:t xml:space="preserve">Downstairs and Upstairs </w:t>
      </w:r>
      <w:r w:rsidR="3D05E7E4">
        <w:rPr/>
        <w:t>Living Areas and Laundry Rooms</w:t>
      </w:r>
    </w:p>
    <w:p w:rsidR="00376E98" w:rsidP="00002241" w:rsidRDefault="00000000" w14:paraId="07EE32ED" w14:textId="23C061D2">
      <w:pPr>
        <w:pStyle w:val="ListBullet"/>
        <w:tabs>
          <w:tab w:val="clear" w:pos="360"/>
        </w:tabs>
        <w:rPr/>
      </w:pPr>
      <w:r w:rsidR="3D05E7E4">
        <w:rPr/>
        <w:t>Imported Turkish Viola Marble</w:t>
      </w:r>
      <w:r w:rsidR="3D05E7E4">
        <w:rPr/>
        <w:t xml:space="preserve"> in </w:t>
      </w:r>
      <w:r w:rsidR="3D05E7E4">
        <w:rPr/>
        <w:t>Primary</w:t>
      </w:r>
      <w:r w:rsidR="3D05E7E4">
        <w:rPr/>
        <w:t xml:space="preserve"> Bath</w:t>
      </w:r>
      <w:r w:rsidR="3D05E7E4">
        <w:rPr/>
        <w:t xml:space="preserve">, </w:t>
      </w:r>
      <w:r w:rsidR="3D05E7E4">
        <w:rPr/>
        <w:t xml:space="preserve">Including </w:t>
      </w:r>
      <w:r w:rsidR="3D05E7E4">
        <w:rPr/>
        <w:t xml:space="preserve">Turkish </w:t>
      </w:r>
      <w:r w:rsidR="3D05E7E4">
        <w:rPr/>
        <w:t xml:space="preserve">Marble Wet Room </w:t>
      </w:r>
      <w:r w:rsidR="3D05E7E4">
        <w:rPr/>
        <w:t>with</w:t>
      </w:r>
      <w:r w:rsidR="3D05E7E4">
        <w:rPr/>
        <w:t xml:space="preserve"> Soaking Tub</w:t>
      </w:r>
      <w:r w:rsidR="3D05E7E4">
        <w:rPr/>
        <w:t xml:space="preserve">      </w:t>
      </w:r>
    </w:p>
    <w:p w:rsidR="00E669A0" w:rsidRDefault="00E669A0" w14:paraId="1F841110" w14:textId="193D789E">
      <w:pPr>
        <w:pStyle w:val="ListBullet"/>
        <w:rPr/>
      </w:pPr>
      <w:r w:rsidR="3D05E7E4">
        <w:rPr/>
        <w:t>Custom Vanity with Floor-To-Ceiling Custom Closet System</w:t>
      </w:r>
    </w:p>
    <w:p w:rsidR="00E669A0" w:rsidRDefault="00071BC5" w14:paraId="53EC7574" w14:textId="63DE901F">
      <w:pPr>
        <w:pStyle w:val="ListBullet"/>
        <w:rPr/>
      </w:pPr>
      <w:r w:rsidR="3D05E7E4">
        <w:rPr/>
        <w:t xml:space="preserve">Impressive </w:t>
      </w:r>
      <w:r w:rsidR="3D05E7E4">
        <w:rPr/>
        <w:t>12’ x 5’ Waterfall Island</w:t>
      </w:r>
      <w:r w:rsidR="3D05E7E4">
        <w:rPr/>
        <w:t xml:space="preserve"> </w:t>
      </w:r>
      <w:r w:rsidR="3D05E7E4">
        <w:rPr/>
        <w:t>Quartz Countertops and</w:t>
      </w:r>
      <w:r w:rsidR="3D05E7E4">
        <w:rPr/>
        <w:t xml:space="preserve"> 4’ Workstation Sink</w:t>
      </w:r>
    </w:p>
    <w:p w:rsidR="00376E98" w:rsidP="00A01F8F" w:rsidRDefault="00000000" w14:paraId="05952387" w14:textId="54E2CAFB">
      <w:pPr>
        <w:pStyle w:val="ListBullet"/>
        <w:rPr/>
      </w:pPr>
      <w:r w:rsidR="3D05E7E4">
        <w:rPr/>
        <w:t>60” Wolf Range</w:t>
      </w:r>
      <w:r w:rsidR="3D05E7E4">
        <w:rPr/>
        <w:t xml:space="preserve"> and </w:t>
      </w:r>
      <w:r w:rsidR="3D05E7E4">
        <w:rPr/>
        <w:t xml:space="preserve">36” Panel </w:t>
      </w:r>
      <w:r w:rsidR="3D05E7E4">
        <w:rPr/>
        <w:t>Sub-Zero Refrigerator &amp; Freezer</w:t>
      </w:r>
    </w:p>
    <w:p w:rsidR="00376E98" w:rsidRDefault="00000000" w14:paraId="4580ABAA" w14:textId="77777777">
      <w:pPr>
        <w:pStyle w:val="ListBullet"/>
        <w:rPr/>
      </w:pPr>
      <w:r w:rsidR="3D05E7E4">
        <w:rPr/>
        <w:t>Built-In Miele Coffee System</w:t>
      </w:r>
    </w:p>
    <w:p w:rsidR="00376E98" w:rsidRDefault="00000000" w14:paraId="74466661" w14:textId="3F69EFA3">
      <w:pPr>
        <w:pStyle w:val="ListBullet"/>
        <w:rPr/>
      </w:pPr>
      <w:r w:rsidR="3D05E7E4">
        <w:rPr/>
        <w:t>Custom White Oak Butler Pantry</w:t>
      </w:r>
      <w:r w:rsidR="3D05E7E4">
        <w:rPr/>
        <w:t xml:space="preserve"> with Appliance </w:t>
      </w:r>
      <w:r w:rsidR="3D05E7E4">
        <w:rPr/>
        <w:t xml:space="preserve">Garage, Wolf </w:t>
      </w:r>
      <w:r w:rsidR="3D05E7E4">
        <w:rPr/>
        <w:t>Dual Microwave and Speed Oven</w:t>
      </w:r>
      <w:r w:rsidR="3D05E7E4">
        <w:rPr/>
        <w:t xml:space="preserve">, </w:t>
      </w:r>
      <w:r w:rsidR="3D05E7E4">
        <w:rPr/>
        <w:t xml:space="preserve">a </w:t>
      </w:r>
      <w:r w:rsidR="3D05E7E4">
        <w:rPr/>
        <w:t>Wolf Steam Oven</w:t>
      </w:r>
      <w:r w:rsidR="3D05E7E4">
        <w:rPr/>
        <w:t xml:space="preserve">, </w:t>
      </w:r>
      <w:r w:rsidR="3D05E7E4">
        <w:rPr/>
        <w:t xml:space="preserve">Paneled Dishwasher, </w:t>
      </w:r>
      <w:r w:rsidR="3D05E7E4">
        <w:rPr/>
        <w:t>and Diamond Tile</w:t>
      </w:r>
    </w:p>
    <w:p w:rsidR="00376E98" w:rsidP="00E669A0" w:rsidRDefault="00000000" w14:paraId="6A110FE6" w14:textId="33356771">
      <w:pPr>
        <w:pStyle w:val="ListBullet"/>
        <w:rPr/>
      </w:pPr>
      <w:r w:rsidR="3D05E7E4">
        <w:rPr/>
        <w:t xml:space="preserve">Crystal </w:t>
      </w:r>
      <w:r w:rsidR="3D05E7E4">
        <w:rPr/>
        <w:t>Sink in</w:t>
      </w:r>
      <w:r w:rsidR="3D05E7E4">
        <w:rPr/>
        <w:t xml:space="preserve"> </w:t>
      </w:r>
      <w:r w:rsidR="3D05E7E4">
        <w:rPr/>
        <w:t xml:space="preserve">½ </w:t>
      </w:r>
      <w:r w:rsidR="3D05E7E4">
        <w:rPr/>
        <w:t>Bath</w:t>
      </w:r>
    </w:p>
    <w:p w:rsidR="00376E98" w:rsidRDefault="00000000" w14:paraId="2B9BCF69" w14:textId="07671DF5">
      <w:pPr>
        <w:pStyle w:val="ListBullet"/>
        <w:rPr/>
      </w:pPr>
      <w:r w:rsidR="3D05E7E4">
        <w:rPr/>
        <w:t>Hand-Cut Stone Fireplace</w:t>
      </w:r>
      <w:r w:rsidR="3D05E7E4">
        <w:rPr/>
        <w:t xml:space="preserve"> with Propane Fireballs</w:t>
      </w:r>
    </w:p>
    <w:p w:rsidR="00376E98" w:rsidRDefault="00000000" w14:paraId="1370B55B" w14:textId="1AA65E97">
      <w:pPr>
        <w:pStyle w:val="ListBullet"/>
        <w:rPr/>
      </w:pPr>
      <w:r w:rsidR="3D05E7E4">
        <w:rPr/>
        <w:t>Designer Lighting Package</w:t>
      </w:r>
      <w:r w:rsidR="3D05E7E4">
        <w:rPr/>
        <w:t>,</w:t>
      </w:r>
      <w:r w:rsidR="3D05E7E4">
        <w:rPr/>
        <w:t xml:space="preserve"> </w:t>
      </w:r>
      <w:r w:rsidR="3D05E7E4">
        <w:rPr/>
        <w:t>including Magnus Opus Chandelier from Currey &amp; Company</w:t>
      </w:r>
    </w:p>
    <w:p w:rsidR="00002241" w:rsidRDefault="00002241" w14:paraId="356A2DFA" w14:textId="14A25F45">
      <w:pPr>
        <w:pStyle w:val="ListBullet"/>
        <w:rPr/>
      </w:pPr>
      <w:r w:rsidR="3D05E7E4">
        <w:rPr/>
        <w:t xml:space="preserve">Downstairs Guest Room with En-Suite Bath </w:t>
      </w:r>
      <w:r w:rsidR="3D05E7E4">
        <w:rPr/>
        <w:t>and</w:t>
      </w:r>
      <w:r w:rsidR="3D05E7E4">
        <w:rPr/>
        <w:t xml:space="preserve"> Marble Shower</w:t>
      </w:r>
    </w:p>
    <w:p w:rsidR="00B24E83" w:rsidP="00B24E83" w:rsidRDefault="00B24E83" w14:paraId="5F98C605" w14:textId="3C7EE478">
      <w:pPr>
        <w:pStyle w:val="ListBullet"/>
        <w:rPr/>
      </w:pPr>
      <w:r w:rsidR="3D05E7E4">
        <w:rPr/>
        <w:t>Marble Staircase with White Oak Stair Treads</w:t>
      </w:r>
    </w:p>
    <w:p w:rsidR="00071BC5" w:rsidRDefault="00071BC5" w14:paraId="37A2A222" w14:textId="51144818">
      <w:pPr>
        <w:pStyle w:val="ListBullet"/>
        <w:rPr/>
      </w:pPr>
      <w:r w:rsidR="3D05E7E4">
        <w:rPr/>
        <w:t xml:space="preserve">Upstairs Includes Two Bedrooms with En-Suites, </w:t>
      </w:r>
      <w:r w:rsidR="3D05E7E4">
        <w:rPr/>
        <w:t xml:space="preserve">Custom Closet Systems, </w:t>
      </w:r>
      <w:r w:rsidR="3D05E7E4">
        <w:rPr/>
        <w:t>Built-Ins</w:t>
      </w:r>
      <w:r w:rsidR="3D05E7E4">
        <w:rPr/>
        <w:t xml:space="preserve"> with Workstation</w:t>
      </w:r>
      <w:r w:rsidR="3D05E7E4">
        <w:rPr/>
        <w:t>, and Second-Story Deck</w:t>
      </w:r>
    </w:p>
    <w:p w:rsidR="00066850" w:rsidRDefault="00066850" w14:paraId="58C36743" w14:textId="067633C9">
      <w:pPr>
        <w:pStyle w:val="ListBullet"/>
        <w:rPr/>
      </w:pPr>
      <w:r w:rsidR="3D05E7E4">
        <w:rPr/>
        <w:t>Luxury Vinyl Plank Floors</w:t>
      </w:r>
      <w:r w:rsidR="3D05E7E4">
        <w:rPr/>
        <w:t xml:space="preserve"> Throughout Whole Home</w:t>
      </w:r>
    </w:p>
    <w:p w:rsidR="00E669A0" w:rsidRDefault="00E669A0" w14:paraId="3F9312C8" w14:textId="6B33BD1D">
      <w:pPr>
        <w:pStyle w:val="ListBullet"/>
        <w:rPr/>
      </w:pPr>
      <w:r w:rsidR="3D05E7E4">
        <w:rPr/>
        <w:t>Two Brand New Tankless Water Heaters Located in C</w:t>
      </w:r>
      <w:r w:rsidR="3D05E7E4">
        <w:rPr/>
        <w:t>limate-C</w:t>
      </w:r>
      <w:r w:rsidR="3D05E7E4">
        <w:rPr/>
        <w:t>ontrolle</w:t>
      </w:r>
      <w:r w:rsidR="3D05E7E4">
        <w:rPr/>
        <w:t>d</w:t>
      </w:r>
      <w:r w:rsidR="3D05E7E4">
        <w:rPr/>
        <w:t xml:space="preserve"> Storage Room</w:t>
      </w:r>
    </w:p>
    <w:p w:rsidR="00E669A0" w:rsidRDefault="00E669A0" w14:paraId="16D9F294" w14:textId="1078D6AE">
      <w:pPr>
        <w:pStyle w:val="ListBullet"/>
        <w:rPr/>
      </w:pPr>
      <w:r w:rsidR="3D05E7E4">
        <w:rPr/>
        <w:t>Whole House Surround Sound</w:t>
      </w:r>
    </w:p>
    <w:p w:rsidR="00E669A0" w:rsidRDefault="00E669A0" w14:paraId="73D113FF" w14:textId="255D5297">
      <w:pPr>
        <w:pStyle w:val="ListBullet"/>
        <w:rPr/>
      </w:pPr>
      <w:r w:rsidR="3D05E7E4">
        <w:rPr/>
        <w:t>Pella Windows and Doors</w:t>
      </w:r>
    </w:p>
    <w:p w:rsidR="00002241" w:rsidRDefault="00002241" w14:paraId="0F22103B" w14:textId="554DC021">
      <w:pPr>
        <w:pStyle w:val="ListBullet"/>
        <w:rPr/>
      </w:pPr>
      <w:r w:rsidR="3D05E7E4">
        <w:rPr/>
        <w:t>2 Brand New HVAC Systems</w:t>
      </w:r>
      <w:r w:rsidR="3D05E7E4">
        <w:rPr/>
        <w:t xml:space="preserve"> with Flush Mount Vents</w:t>
      </w:r>
    </w:p>
    <w:p w:rsidR="3D05E7E4" w:rsidP="3D05E7E4" w:rsidRDefault="3D05E7E4" w14:paraId="690AA838" w14:textId="2F99F0EB">
      <w:pPr>
        <w:pStyle w:val="Heading2"/>
      </w:pPr>
      <w:r w:rsidR="5FD3DF38">
        <w:rPr/>
        <w:t>Guest House</w:t>
      </w:r>
    </w:p>
    <w:p w:rsidR="00066850" w:rsidP="00066850" w:rsidRDefault="00066850" w14:paraId="36D644EA" w14:textId="50BB04F1" w14:noSpellErr="1">
      <w:pPr>
        <w:pStyle w:val="ListParagraph"/>
        <w:numPr>
          <w:ilvl w:val="0"/>
          <w:numId w:val="11"/>
        </w:numPr>
        <w:ind w:left="360"/>
        <w:rPr/>
      </w:pPr>
      <w:r w:rsidR="0D7B63FC">
        <w:rPr/>
        <w:t>Completely Renovated</w:t>
      </w:r>
    </w:p>
    <w:p w:rsidR="00066850" w:rsidP="00066850" w:rsidRDefault="00066850" w14:paraId="2F597145" w14:textId="1AA95855">
      <w:pPr>
        <w:pStyle w:val="ListParagraph"/>
        <w:numPr>
          <w:ilvl w:val="0"/>
          <w:numId w:val="11"/>
        </w:numPr>
        <w:ind w:left="360"/>
      </w:pPr>
      <w:r>
        <w:t>Spray Foam Insulated</w:t>
      </w:r>
    </w:p>
    <w:p w:rsidR="00661548" w:rsidP="00066850" w:rsidRDefault="00661548" w14:paraId="36C1C7FB" w14:textId="56F39CFC">
      <w:pPr>
        <w:pStyle w:val="ListParagraph"/>
        <w:numPr>
          <w:ilvl w:val="0"/>
          <w:numId w:val="11"/>
        </w:numPr>
        <w:ind w:left="360"/>
      </w:pPr>
      <w:r>
        <w:t>Pella Windows and Doors</w:t>
      </w:r>
    </w:p>
    <w:p w:rsidR="00C44F7B" w:rsidP="00066850" w:rsidRDefault="00C44F7B" w14:paraId="3ED32D97" w14:textId="7B5B8A00">
      <w:pPr>
        <w:pStyle w:val="ListParagraph"/>
        <w:numPr>
          <w:ilvl w:val="0"/>
          <w:numId w:val="11"/>
        </w:numPr>
        <w:ind w:left="360"/>
      </w:pPr>
      <w:r>
        <w:t>New Paint</w:t>
      </w:r>
    </w:p>
    <w:p w:rsidR="00C44F7B" w:rsidP="00066850" w:rsidRDefault="00C44F7B" w14:paraId="4269983E" w14:textId="298E8947">
      <w:pPr>
        <w:pStyle w:val="ListParagraph"/>
        <w:numPr>
          <w:ilvl w:val="0"/>
          <w:numId w:val="11"/>
        </w:numPr>
        <w:ind w:left="360"/>
      </w:pPr>
      <w:r>
        <w:t>Custom Cabinets</w:t>
      </w:r>
    </w:p>
    <w:p w:rsidR="00066850" w:rsidP="00066850" w:rsidRDefault="00066850" w14:paraId="116734A4" w14:textId="127AB1A3">
      <w:pPr>
        <w:pStyle w:val="ListParagraph"/>
        <w:numPr>
          <w:ilvl w:val="0"/>
          <w:numId w:val="11"/>
        </w:numPr>
        <w:ind w:left="360"/>
      </w:pPr>
      <w:r>
        <w:t>New 30</w:t>
      </w:r>
      <w:r w:rsidR="00661548">
        <w:t>-</w:t>
      </w:r>
      <w:r>
        <w:t>gal Water Heater</w:t>
      </w:r>
    </w:p>
    <w:p w:rsidR="00066850" w:rsidP="00066850" w:rsidRDefault="00066850" w14:paraId="3D50F624" w14:textId="2737E57E">
      <w:pPr>
        <w:pStyle w:val="ListParagraph"/>
        <w:numPr>
          <w:ilvl w:val="0"/>
          <w:numId w:val="11"/>
        </w:numPr>
        <w:ind w:left="360"/>
      </w:pPr>
      <w:r>
        <w:t>New HVAC System</w:t>
      </w:r>
    </w:p>
    <w:p w:rsidR="00066850" w:rsidP="00066850" w:rsidRDefault="00066850" w14:paraId="1402647D" w14:textId="1726A8C4">
      <w:pPr>
        <w:pStyle w:val="ListParagraph"/>
        <w:numPr>
          <w:ilvl w:val="0"/>
          <w:numId w:val="11"/>
        </w:numPr>
        <w:ind w:left="360"/>
      </w:pPr>
      <w:r>
        <w:t xml:space="preserve">New </w:t>
      </w:r>
      <w:r w:rsidR="009979A5">
        <w:t xml:space="preserve">30-Year Shingle </w:t>
      </w:r>
      <w:r>
        <w:t>Roof</w:t>
      </w:r>
    </w:p>
    <w:p w:rsidR="00066850" w:rsidP="00066850" w:rsidRDefault="00066850" w14:paraId="10B3063B" w14:textId="23536FB6">
      <w:pPr>
        <w:pStyle w:val="ListParagraph"/>
        <w:numPr>
          <w:ilvl w:val="0"/>
          <w:numId w:val="11"/>
        </w:numPr>
        <w:ind w:left="360"/>
      </w:pPr>
      <w:r>
        <w:t>Quartz Countertops</w:t>
      </w:r>
    </w:p>
    <w:p w:rsidR="00066850" w:rsidP="00066850" w:rsidRDefault="00066850" w14:paraId="12A90021" w14:textId="33A98671">
      <w:pPr>
        <w:pStyle w:val="ListParagraph"/>
        <w:numPr>
          <w:ilvl w:val="0"/>
          <w:numId w:val="11"/>
        </w:numPr>
        <w:ind w:left="360"/>
      </w:pPr>
      <w:r>
        <w:t>Luxury Vinyl Plank</w:t>
      </w:r>
      <w:r w:rsidR="00C44F7B">
        <w:t xml:space="preserve"> Flooring</w:t>
      </w:r>
    </w:p>
    <w:p w:rsidR="00066850" w:rsidP="00066850" w:rsidRDefault="00C44F7B" w14:paraId="29A55633" w14:textId="0CBF978D">
      <w:pPr>
        <w:pStyle w:val="ListParagraph"/>
        <w:numPr>
          <w:ilvl w:val="0"/>
          <w:numId w:val="11"/>
        </w:numPr>
        <w:ind w:left="360"/>
      </w:pPr>
      <w:r>
        <w:t xml:space="preserve">Turkish Viola </w:t>
      </w:r>
      <w:r w:rsidR="00066850">
        <w:t>Marble Shower</w:t>
      </w:r>
    </w:p>
    <w:p w:rsidRPr="00066850" w:rsidR="009979A5" w:rsidP="00066850" w:rsidRDefault="009979A5" w14:paraId="347CFCCC" w14:textId="0D12A83B">
      <w:pPr>
        <w:pStyle w:val="ListParagraph"/>
        <w:numPr>
          <w:ilvl w:val="0"/>
          <w:numId w:val="11"/>
        </w:numPr>
        <w:ind w:left="360"/>
      </w:pPr>
      <w:r>
        <w:t>Refrigerator and Stackable Washer and Dryer Convey</w:t>
      </w:r>
    </w:p>
    <w:p w:rsidR="00066850" w:rsidP="00066850" w:rsidRDefault="00066850" w14:paraId="5DC82C1D" w14:textId="7A25F34B">
      <w:pPr>
        <w:pStyle w:val="Heading2"/>
      </w:pPr>
      <w:r>
        <w:t>Chicken Coop</w:t>
      </w:r>
    </w:p>
    <w:p w:rsidR="009979A5" w:rsidP="009979A5" w:rsidRDefault="009979A5" w14:paraId="23E71C90" w14:textId="6B7AD6CA">
      <w:pPr>
        <w:pStyle w:val="ListParagraph"/>
        <w:numPr>
          <w:ilvl w:val="0"/>
          <w:numId w:val="12"/>
        </w:numPr>
        <w:ind w:left="360"/>
      </w:pPr>
      <w:r>
        <w:t>Houses 25 Chickens</w:t>
      </w:r>
    </w:p>
    <w:p w:rsidR="00066850" w:rsidP="009979A5" w:rsidRDefault="009979A5" w14:paraId="6A83CFCF" w14:textId="10FC0F86">
      <w:pPr>
        <w:pStyle w:val="ListParagraph"/>
        <w:numPr>
          <w:ilvl w:val="0"/>
          <w:numId w:val="12"/>
        </w:numPr>
        <w:ind w:left="360"/>
      </w:pPr>
      <w:r>
        <w:t>New 30-Year Shingle Roof</w:t>
      </w:r>
      <w:r w:rsidR="00A01F8F">
        <w:t xml:space="preserve"> and New Exterior Paint</w:t>
      </w:r>
    </w:p>
    <w:p w:rsidR="009979A5" w:rsidP="4103D236" w:rsidRDefault="009979A5" w14:paraId="66265F56" w14:textId="7354B5A7">
      <w:pPr>
        <w:pStyle w:val="ListParagraph"/>
        <w:numPr>
          <w:ilvl w:val="0"/>
          <w:numId w:val="12"/>
        </w:numPr>
        <w:ind w:left="360"/>
        <w:jc w:val="both"/>
        <w:rPr/>
      </w:pPr>
      <w:r w:rsidR="4103D236">
        <w:rPr/>
        <w:t>Mahogany Door</w:t>
      </w:r>
    </w:p>
    <w:p w:rsidR="009979A5" w:rsidP="009979A5" w:rsidRDefault="009979A5" w14:paraId="3E3970DE" w14:textId="352E6BDF">
      <w:pPr>
        <w:pStyle w:val="ListParagraph"/>
        <w:numPr>
          <w:ilvl w:val="0"/>
          <w:numId w:val="12"/>
        </w:numPr>
        <w:ind w:left="360"/>
      </w:pPr>
      <w:r>
        <w:t>6 Nesting Boxes</w:t>
      </w:r>
    </w:p>
    <w:p w:rsidR="009979A5" w:rsidP="009979A5" w:rsidRDefault="009979A5" w14:paraId="30692334" w14:textId="090A7E11">
      <w:pPr>
        <w:pStyle w:val="ListParagraph"/>
        <w:numPr>
          <w:ilvl w:val="0"/>
          <w:numId w:val="12"/>
        </w:numPr>
        <w:ind w:left="360"/>
      </w:pPr>
      <w:r>
        <w:t>Chicken Hospital</w:t>
      </w:r>
    </w:p>
    <w:p w:rsidR="009979A5" w:rsidP="009979A5" w:rsidRDefault="00C44F7B" w14:paraId="0CDC8E63" w14:textId="6B99C22C">
      <w:pPr>
        <w:pStyle w:val="ListParagraph"/>
        <w:numPr>
          <w:ilvl w:val="0"/>
          <w:numId w:val="12"/>
        </w:numPr>
        <w:ind w:left="360"/>
      </w:pPr>
      <w:r>
        <w:t xml:space="preserve">Concrete Pad with </w:t>
      </w:r>
      <w:r w:rsidR="009979A5">
        <w:t>20’ Run</w:t>
      </w:r>
    </w:p>
    <w:p w:rsidR="00C44F7B" w:rsidP="00C44F7B" w:rsidRDefault="00C44F7B" w14:paraId="11556F08" w14:textId="566BDCC9">
      <w:pPr>
        <w:pStyle w:val="Heading2"/>
      </w:pPr>
      <w:r>
        <w:t>Shop and Shop Apartment</w:t>
      </w:r>
    </w:p>
    <w:p w:rsidR="00C44F7B" w:rsidP="00302690" w:rsidRDefault="00C44F7B" w14:paraId="55B153F3" w14:textId="294C33CC">
      <w:pPr>
        <w:pStyle w:val="ListParagraph"/>
        <w:numPr>
          <w:ilvl w:val="0"/>
          <w:numId w:val="13"/>
        </w:numPr>
        <w:ind w:left="360"/>
      </w:pPr>
      <w:r>
        <w:t>2,400 SF with Approx 1,200 Apartment with Kitchen</w:t>
      </w:r>
      <w:r w:rsidR="00302690">
        <w:t xml:space="preserve">, </w:t>
      </w:r>
      <w:r>
        <w:t>Bath</w:t>
      </w:r>
      <w:r w:rsidR="00302690">
        <w:t xml:space="preserve">, New </w:t>
      </w:r>
      <w:r>
        <w:t>Electric Tankless Water Heater</w:t>
      </w:r>
      <w:r w:rsidR="00302690">
        <w:t>, Polished Floors with Luxury Vinyl Plank Flooring in the Loft and a</w:t>
      </w:r>
      <w:r>
        <w:t xml:space="preserve"> HVAC</w:t>
      </w:r>
      <w:r w:rsidR="00302690">
        <w:t xml:space="preserve"> System</w:t>
      </w:r>
    </w:p>
    <w:p w:rsidR="00C44F7B" w:rsidP="00C44F7B" w:rsidRDefault="00C44F7B" w14:paraId="66A9F4F7" w14:textId="2C578EE8">
      <w:pPr>
        <w:pStyle w:val="ListParagraph"/>
        <w:numPr>
          <w:ilvl w:val="0"/>
          <w:numId w:val="13"/>
        </w:numPr>
        <w:ind w:left="360"/>
      </w:pPr>
      <w:r>
        <w:t>Spray Foam Insulated</w:t>
      </w:r>
      <w:r w:rsidR="00302690">
        <w:t xml:space="preserve"> in Shop and Apartment</w:t>
      </w:r>
    </w:p>
    <w:p w:rsidR="00C44F7B" w:rsidP="00C44F7B" w:rsidRDefault="00C44F7B" w14:paraId="3E43BBCE" w14:textId="32136629">
      <w:pPr>
        <w:pStyle w:val="ListParagraph"/>
        <w:numPr>
          <w:ilvl w:val="0"/>
          <w:numId w:val="13"/>
        </w:numPr>
        <w:ind w:left="360"/>
      </w:pPr>
      <w:r>
        <w:t xml:space="preserve">Built-In Shelving </w:t>
      </w:r>
      <w:r w:rsidR="00302690">
        <w:t xml:space="preserve">and Storage Racks </w:t>
      </w:r>
      <w:r>
        <w:t>in Shop</w:t>
      </w:r>
    </w:p>
    <w:p w:rsidR="00302690" w:rsidP="00C44F7B" w:rsidRDefault="00302690" w14:paraId="73329D42" w14:textId="22A9DC88">
      <w:pPr>
        <w:pStyle w:val="ListParagraph"/>
        <w:numPr>
          <w:ilvl w:val="0"/>
          <w:numId w:val="13"/>
        </w:numPr>
        <w:ind w:left="360"/>
      </w:pPr>
      <w:r>
        <w:t>New Exterior Paint</w:t>
      </w:r>
    </w:p>
    <w:p w:rsidR="00C44F7B" w:rsidP="00302690" w:rsidRDefault="00C44F7B" w14:paraId="03AE83C4" w14:textId="4884ECA8">
      <w:pPr>
        <w:pStyle w:val="ListParagraph"/>
        <w:numPr>
          <w:ilvl w:val="0"/>
          <w:numId w:val="13"/>
        </w:numPr>
        <w:ind w:left="360"/>
      </w:pPr>
      <w:r>
        <w:t>Covered Parking In Front</w:t>
      </w:r>
      <w:r w:rsidR="00302690">
        <w:t xml:space="preserve"> with </w:t>
      </w:r>
      <w:r>
        <w:t>Additional Covered Parking in Back for Tractors</w:t>
      </w:r>
    </w:p>
    <w:p w:rsidRPr="00C44F7B" w:rsidR="00C44F7B" w:rsidP="00C44F7B" w:rsidRDefault="00C44F7B" w14:paraId="23C8F24D" w14:textId="73B90362">
      <w:pPr>
        <w:pStyle w:val="ListParagraph"/>
        <w:numPr>
          <w:ilvl w:val="0"/>
          <w:numId w:val="13"/>
        </w:numPr>
        <w:ind w:left="360"/>
      </w:pPr>
      <w:r>
        <w:t>200 Gal Diesel Tank</w:t>
      </w:r>
      <w:r w:rsidR="00A01F8F">
        <w:t xml:space="preserve"> will Convey</w:t>
      </w:r>
    </w:p>
    <w:p w:rsidR="00376E98" w:rsidRDefault="00000000" w14:paraId="65EA1F1A" w14:textId="37FAFFF6">
      <w:pPr>
        <w:pStyle w:val="Heading2"/>
      </w:pPr>
      <w:r>
        <w:t>Major Improvements</w:t>
      </w:r>
    </w:p>
    <w:p w:rsidR="00376E98" w:rsidRDefault="00000000" w14:paraId="78D5A041" w14:textId="77777777">
      <w:pPr>
        <w:pStyle w:val="ListBullet"/>
        <w:rPr/>
      </w:pPr>
      <w:r w:rsidR="3D05E7E4">
        <w:rPr/>
        <w:t>Whole-Property Reverse Osmosis System</w:t>
      </w:r>
    </w:p>
    <w:p w:rsidR="00C44F7B" w:rsidRDefault="00C44F7B" w14:paraId="13FE17EB" w14:textId="4A2A7228">
      <w:pPr>
        <w:pStyle w:val="ListBullet"/>
        <w:rPr/>
      </w:pPr>
      <w:r w:rsidR="3D05E7E4">
        <w:rPr/>
        <w:t>New Exterior Painting on All Buildings</w:t>
      </w:r>
    </w:p>
    <w:p w:rsidR="00376E98" w:rsidRDefault="00000000" w14:paraId="3671DE1E" w14:textId="0270E198">
      <w:pPr>
        <w:pStyle w:val="ListBullet"/>
        <w:rPr/>
      </w:pPr>
      <w:r w:rsidR="3D05E7E4">
        <w:rPr/>
        <w:t>Full Spray Foam Encapsulation</w:t>
      </w:r>
      <w:r w:rsidR="3D05E7E4">
        <w:rPr/>
        <w:t xml:space="preserve"> in Main Home, Guest House, Shop, and Apartment</w:t>
      </w:r>
    </w:p>
    <w:p w:rsidR="00376E98" w:rsidRDefault="00000000" w14:paraId="4962EC28" w14:textId="6E1869A9">
      <w:pPr>
        <w:pStyle w:val="ListBullet"/>
        <w:rPr/>
      </w:pPr>
      <w:r w:rsidR="3D05E7E4">
        <w:rPr/>
        <w:t xml:space="preserve">New </w:t>
      </w:r>
      <w:r w:rsidR="3D05E7E4">
        <w:rPr/>
        <w:t xml:space="preserve">30-Year </w:t>
      </w:r>
      <w:r w:rsidR="3D05E7E4">
        <w:rPr/>
        <w:t>Roofs</w:t>
      </w:r>
      <w:r w:rsidR="3D05E7E4">
        <w:rPr/>
        <w:t xml:space="preserve"> on </w:t>
      </w:r>
      <w:r w:rsidR="3D05E7E4">
        <w:rPr/>
        <w:t>Main Home</w:t>
      </w:r>
      <w:r w:rsidR="3D05E7E4">
        <w:rPr/>
        <w:t xml:space="preserve">, </w:t>
      </w:r>
      <w:r w:rsidR="3D05E7E4">
        <w:rPr/>
        <w:t>Guest House</w:t>
      </w:r>
      <w:r w:rsidR="3D05E7E4">
        <w:rPr/>
        <w:t>, and Chicken Coop</w:t>
      </w:r>
    </w:p>
    <w:p w:rsidR="00302690" w:rsidRDefault="00302690" w14:paraId="766D5330" w14:textId="604F9F24">
      <w:pPr>
        <w:pStyle w:val="ListBullet"/>
        <w:rPr/>
      </w:pPr>
      <w:r w:rsidR="3D05E7E4">
        <w:rPr/>
        <w:t>New Gutters on Main Home and Guest House</w:t>
      </w:r>
    </w:p>
    <w:p w:rsidR="00376E98" w:rsidRDefault="00000000" w14:paraId="730A8A67" w14:textId="4DC0D48C">
      <w:pPr>
        <w:pStyle w:val="ListBullet"/>
        <w:rPr/>
      </w:pPr>
      <w:r w:rsidR="3D05E7E4">
        <w:rPr/>
        <w:t>New Pella Windows &amp; Doors</w:t>
      </w:r>
      <w:r w:rsidR="3D05E7E4">
        <w:rPr/>
        <w:t xml:space="preserve"> in Main Home and Guest House</w:t>
      </w:r>
    </w:p>
    <w:p w:rsidR="00376E98" w:rsidRDefault="00000000" w14:paraId="766C8362" w14:textId="5E9001B4">
      <w:pPr>
        <w:pStyle w:val="ListBullet"/>
        <w:rPr/>
      </w:pPr>
      <w:r w:rsidR="3D05E7E4">
        <w:rPr/>
        <w:t xml:space="preserve">New Landscaping, </w:t>
      </w:r>
      <w:r w:rsidR="3D05E7E4">
        <w:rPr/>
        <w:t xml:space="preserve">French </w:t>
      </w:r>
      <w:r w:rsidR="3D05E7E4">
        <w:rPr/>
        <w:t>Drain &amp; Concrete Walkways</w:t>
      </w:r>
    </w:p>
    <w:p w:rsidR="00376E98" w:rsidP="00002241" w:rsidRDefault="00002241" w14:paraId="6DC30EF0" w14:textId="560BBCBB">
      <w:pPr>
        <w:pStyle w:val="ListBullet"/>
        <w:rPr/>
      </w:pPr>
      <w:r w:rsidR="3D05E7E4">
        <w:rPr/>
        <w:t>New Chip-and-Seal Driveway</w:t>
      </w:r>
    </w:p>
    <w:p w:rsidR="00066850" w:rsidP="00302690" w:rsidRDefault="00066850" w14:paraId="2DF6DDFC" w14:textId="6A46FCF7">
      <w:pPr>
        <w:pStyle w:val="ListBullet"/>
        <w:rPr/>
      </w:pPr>
      <w:r w:rsidR="3D05E7E4">
        <w:rPr/>
        <w:t>Septic Pumped 2023</w:t>
      </w:r>
    </w:p>
    <w:p w:rsidR="00066850" w:rsidP="00002241" w:rsidRDefault="00066850" w14:paraId="02C1B023" w14:textId="19721A8A">
      <w:pPr>
        <w:pStyle w:val="ListBullet"/>
        <w:rPr/>
      </w:pPr>
      <w:r w:rsidR="3D05E7E4">
        <w:rPr/>
        <w:t>New Water Well Pump in 2024</w:t>
      </w:r>
    </w:p>
    <w:p w:rsidR="4103D236" w:rsidP="4AB99853" w:rsidRDefault="4103D236" w14:paraId="487112BB" w14:textId="2EC2D2C2">
      <w:pPr>
        <w:pStyle w:val="ListBullet"/>
        <w:ind/>
        <w:rPr/>
      </w:pPr>
      <w:r w:rsidR="3D05E7E4">
        <w:rPr/>
        <w:t>500 Gal Buried Propane Tank</w:t>
      </w:r>
    </w:p>
    <w:sectPr w:rsidR="00066850" w:rsidSect="0088753F">
      <w:pgSz w:w="12240" w:h="15840" w:orient="portrait"/>
      <w:pgMar w:top="1008" w:right="1080" w:bottom="1008" w:left="1080" w:header="720" w:footer="720" w:gutter="0"/>
      <w:cols w:space="720"/>
      <w:docGrid w:linePitch="360"/>
      <w:headerReference w:type="default" r:id="R92224a89733b4349"/>
      <w:footerReference w:type="default" r:id="R9d1f40b86f764ae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3D05E7E4" w:rsidTr="3D05E7E4" w14:paraId="1715B74C">
      <w:trPr>
        <w:trHeight w:val="300"/>
      </w:trPr>
      <w:tc>
        <w:tcPr>
          <w:tcW w:w="3360" w:type="dxa"/>
          <w:tcMar/>
        </w:tcPr>
        <w:p w:rsidR="3D05E7E4" w:rsidRDefault="3D05E7E4" w14:paraId="79D9576D" w14:textId="6483B704"/>
      </w:tc>
      <w:tc>
        <w:tcPr>
          <w:tcW w:w="3360" w:type="dxa"/>
          <w:tcMar/>
        </w:tcPr>
        <w:p w:rsidR="3D05E7E4" w:rsidRDefault="3D05E7E4" w14:paraId="634068AD" w14:textId="196B12A2"/>
      </w:tc>
      <w:tc>
        <w:tcPr>
          <w:tcW w:w="3360" w:type="dxa"/>
          <w:tcMar/>
        </w:tcPr>
        <w:p w:rsidR="3D05E7E4" w:rsidRDefault="3D05E7E4" w14:paraId="61854E5B" w14:textId="3E5EFD31"/>
      </w:tc>
    </w:tr>
  </w:tbl>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3D05E7E4" w:rsidTr="3D05E7E4" w14:paraId="10E18FA1">
      <w:trPr>
        <w:trHeight w:val="300"/>
      </w:trPr>
      <w:tc>
        <w:tcPr>
          <w:tcW w:w="2880" w:type="dxa"/>
          <w:tcMar/>
        </w:tcPr>
        <w:p w:rsidR="3D05E7E4" w:rsidP="3D05E7E4" w:rsidRDefault="3D05E7E4" w14:paraId="296D43BE" w14:textId="39FA5CBD">
          <w:pPr>
            <w:pStyle w:val="Header"/>
            <w:bidi w:val="0"/>
            <w:ind w:left="-115"/>
            <w:jc w:val="left"/>
          </w:pPr>
        </w:p>
      </w:tc>
      <w:tc>
        <w:tcPr>
          <w:tcW w:w="2880" w:type="dxa"/>
          <w:tcMar/>
        </w:tcPr>
        <w:p w:rsidR="3D05E7E4" w:rsidP="3D05E7E4" w:rsidRDefault="3D05E7E4" w14:paraId="0D4E4220" w14:textId="7FDDA893">
          <w:pPr>
            <w:pStyle w:val="Header"/>
            <w:bidi w:val="0"/>
            <w:jc w:val="center"/>
          </w:pPr>
        </w:p>
      </w:tc>
      <w:tc>
        <w:tcPr>
          <w:tcW w:w="2880" w:type="dxa"/>
          <w:tcMar/>
        </w:tcPr>
        <w:p w:rsidR="3D05E7E4" w:rsidP="3D05E7E4" w:rsidRDefault="3D05E7E4" w14:paraId="374E23B4" w14:textId="5FC60291">
          <w:pPr>
            <w:pStyle w:val="Header"/>
            <w:bidi w:val="0"/>
            <w:ind w:right="-115"/>
            <w:jc w:val="right"/>
          </w:pPr>
        </w:p>
      </w:tc>
    </w:tr>
  </w:tbl>
  <w:p w:rsidR="3D05E7E4" w:rsidP="3D05E7E4" w:rsidRDefault="3D05E7E4" w14:paraId="014815EB" w14:textId="7D7AB89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363276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6f018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283F26A8"/>
    <w:multiLevelType w:val="hybridMultilevel"/>
    <w:tmpl w:val="8AF6A9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391714B"/>
    <w:multiLevelType w:val="hybridMultilevel"/>
    <w:tmpl w:val="14C2D5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BC52523"/>
    <w:multiLevelType w:val="hybridMultilevel"/>
    <w:tmpl w:val="B79ED5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CE188B"/>
    <w:multiLevelType w:val="hybridMultilevel"/>
    <w:tmpl w:val="94B0C6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5">
    <w:abstractNumId w:val="14"/>
  </w:num>
  <w:num w:numId="14">
    <w:abstractNumId w:val="13"/>
  </w:num>
  <w:num w:numId="1" w16cid:durableId="358437595">
    <w:abstractNumId w:val="8"/>
  </w:num>
  <w:num w:numId="2" w16cid:durableId="2022463365">
    <w:abstractNumId w:val="6"/>
  </w:num>
  <w:num w:numId="3" w16cid:durableId="520555514">
    <w:abstractNumId w:val="5"/>
  </w:num>
  <w:num w:numId="4" w16cid:durableId="1650135066">
    <w:abstractNumId w:val="4"/>
  </w:num>
  <w:num w:numId="5" w16cid:durableId="916524672">
    <w:abstractNumId w:val="7"/>
  </w:num>
  <w:num w:numId="6" w16cid:durableId="984167894">
    <w:abstractNumId w:val="3"/>
  </w:num>
  <w:num w:numId="7" w16cid:durableId="1821581329">
    <w:abstractNumId w:val="2"/>
  </w:num>
  <w:num w:numId="8" w16cid:durableId="220676662">
    <w:abstractNumId w:val="1"/>
  </w:num>
  <w:num w:numId="9" w16cid:durableId="1345520357">
    <w:abstractNumId w:val="0"/>
  </w:num>
  <w:num w:numId="10" w16cid:durableId="269162025">
    <w:abstractNumId w:val="12"/>
  </w:num>
  <w:num w:numId="11" w16cid:durableId="1315405179">
    <w:abstractNumId w:val="9"/>
  </w:num>
  <w:num w:numId="12" w16cid:durableId="1890727783">
    <w:abstractNumId w:val="10"/>
  </w:num>
  <w:num w:numId="13" w16cid:durableId="1460732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41"/>
    <w:rsid w:val="00034616"/>
    <w:rsid w:val="0006063C"/>
    <w:rsid w:val="00066850"/>
    <w:rsid w:val="00071BC5"/>
    <w:rsid w:val="000E1355"/>
    <w:rsid w:val="00124B2A"/>
    <w:rsid w:val="00134BC1"/>
    <w:rsid w:val="0015074B"/>
    <w:rsid w:val="0029639D"/>
    <w:rsid w:val="002E7321"/>
    <w:rsid w:val="00302690"/>
    <w:rsid w:val="00326F90"/>
    <w:rsid w:val="00376E98"/>
    <w:rsid w:val="00380019"/>
    <w:rsid w:val="003F6FF3"/>
    <w:rsid w:val="00661548"/>
    <w:rsid w:val="006F0BD4"/>
    <w:rsid w:val="0088753F"/>
    <w:rsid w:val="009979A5"/>
    <w:rsid w:val="00A01F8F"/>
    <w:rsid w:val="00AA1D8D"/>
    <w:rsid w:val="00B24E83"/>
    <w:rsid w:val="00B47730"/>
    <w:rsid w:val="00C44F7B"/>
    <w:rsid w:val="00CB0664"/>
    <w:rsid w:val="00D05D66"/>
    <w:rsid w:val="00E669A0"/>
    <w:rsid w:val="00F65360"/>
    <w:rsid w:val="00FC693F"/>
    <w:rsid w:val="08B04DBB"/>
    <w:rsid w:val="0D7B63FC"/>
    <w:rsid w:val="14906D00"/>
    <w:rsid w:val="1503A59F"/>
    <w:rsid w:val="3269627E"/>
    <w:rsid w:val="3D05E7E4"/>
    <w:rsid w:val="4103D236"/>
    <w:rsid w:val="44CE95BE"/>
    <w:rsid w:val="4AB99853"/>
    <w:rsid w:val="5D0CC350"/>
    <w:rsid w:val="5FD3DF38"/>
    <w:rsid w:val="610F49F2"/>
    <w:rsid w:val="645228D0"/>
    <w:rsid w:val="713AC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6A25E1"/>
  <w14:defaultImageDpi w14:val="300"/>
  <w15:docId w15:val="{15C0FDFC-5B09-CB40-BD6C-079B8458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xml" Id="R92224a89733b4349" /><Relationship Type="http://schemas.openxmlformats.org/officeDocument/2006/relationships/footer" Target="footer3.xml" Id="R9d1f40b86f764a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Brooke Elms</lastModifiedBy>
  <revision>17</revision>
  <lastPrinted>2026-06-11T21:43:00.0000000Z</lastPrinted>
  <dcterms:created xsi:type="dcterms:W3CDTF">2026-06-11T21:43:00.0000000Z</dcterms:created>
  <dcterms:modified xsi:type="dcterms:W3CDTF">2026-06-13T15:32:19.4354006Z</dcterms:modified>
  <category/>
</coreProperties>
</file>